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2A39" w14:textId="77777777" w:rsidR="009229C2" w:rsidRPr="00653CE5" w:rsidRDefault="00D32C43">
      <w:pPr>
        <w:pStyle w:val="Titre1"/>
        <w:rPr>
          <w:lang w:val="fr-CH"/>
        </w:rPr>
      </w:pPr>
      <w:r w:rsidRPr="00653CE5">
        <w:rPr>
          <w:lang w:val="fr-CH"/>
        </w:rPr>
        <w:t>Autorisation parentale</w:t>
      </w:r>
      <w:r w:rsidRPr="00653CE5">
        <w:rPr>
          <w:lang w:val="fr-CH"/>
        </w:rPr>
        <w:br/>
        <w:t>Stage international d’escrime à l’épée – Amposta 2026</w:t>
      </w:r>
    </w:p>
    <w:p w14:paraId="0C25A906" w14:textId="77777777" w:rsidR="009229C2" w:rsidRPr="00653CE5" w:rsidRDefault="009229C2">
      <w:pPr>
        <w:rPr>
          <w:lang w:val="fr-CH"/>
        </w:rPr>
      </w:pPr>
    </w:p>
    <w:p w14:paraId="1BD1F644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 xml:space="preserve">Je soussigné(e), </w:t>
      </w:r>
    </w:p>
    <w:p w14:paraId="60E15330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Nom et prénom du parent / représentant légal : ....................................................</w:t>
      </w:r>
    </w:p>
    <w:p w14:paraId="3F413307" w14:textId="77777777" w:rsidR="009229C2" w:rsidRDefault="009229C2"/>
    <w:p w14:paraId="434F5E2C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père / mère / représentant(e) légal(e) de l’escrimeur(se) :</w:t>
      </w:r>
    </w:p>
    <w:p w14:paraId="56DC9487" w14:textId="77777777" w:rsidR="009229C2" w:rsidRPr="00653CE5" w:rsidRDefault="009229C2">
      <w:pPr>
        <w:rPr>
          <w:lang w:val="fr-CH"/>
        </w:rPr>
      </w:pPr>
    </w:p>
    <w:p w14:paraId="673AD103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Nom et prénom de l’enfant : ...............................................................</w:t>
      </w:r>
    </w:p>
    <w:p w14:paraId="5671555A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Date de naissance : ....................................................</w:t>
      </w:r>
    </w:p>
    <w:p w14:paraId="54E441CC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Adresse : .......................................................................................</w:t>
      </w:r>
    </w:p>
    <w:p w14:paraId="53BD22B9" w14:textId="77777777" w:rsidR="009229C2" w:rsidRPr="00653CE5" w:rsidRDefault="009229C2">
      <w:pPr>
        <w:rPr>
          <w:lang w:val="fr-CH"/>
        </w:rPr>
      </w:pPr>
    </w:p>
    <w:p w14:paraId="19E9F777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Autorise mon enfant à participer au Stage international d’escrime à l’épée – Amposta 2026, organisé par FENCING IMPACT, qui se déroulera :</w:t>
      </w:r>
    </w:p>
    <w:p w14:paraId="3FC7450E" w14:textId="77777777" w:rsidR="009229C2" w:rsidRPr="00653CE5" w:rsidRDefault="009229C2">
      <w:pPr>
        <w:rPr>
          <w:lang w:val="fr-CH"/>
        </w:rPr>
      </w:pPr>
    </w:p>
    <w:p w14:paraId="5AB10619" w14:textId="77777777" w:rsidR="009229C2" w:rsidRPr="00653CE5" w:rsidRDefault="00D32C43">
      <w:pPr>
        <w:rPr>
          <w:lang w:val="fr-CH"/>
        </w:rPr>
      </w:pPr>
      <w:r>
        <w:t>📍</w:t>
      </w:r>
      <w:r w:rsidRPr="00653CE5">
        <w:rPr>
          <w:lang w:val="fr-CH"/>
        </w:rPr>
        <w:t xml:space="preserve"> </w:t>
      </w:r>
      <w:r w:rsidRPr="00653CE5">
        <w:rPr>
          <w:lang w:val="fr-CH"/>
        </w:rPr>
        <w:t xml:space="preserve">Centre d’entraînement sportif d’Amposta – </w:t>
      </w:r>
      <w:r w:rsidRPr="00653CE5">
        <w:rPr>
          <w:lang w:val="fr-CH"/>
        </w:rPr>
        <w:t>Espagne</w:t>
      </w:r>
    </w:p>
    <w:p w14:paraId="5443C905" w14:textId="77777777" w:rsidR="009229C2" w:rsidRPr="00653CE5" w:rsidRDefault="00D32C43">
      <w:pPr>
        <w:rPr>
          <w:lang w:val="fr-CH"/>
        </w:rPr>
      </w:pPr>
      <w:r>
        <w:t>📅</w:t>
      </w:r>
      <w:r w:rsidRPr="00653CE5">
        <w:rPr>
          <w:lang w:val="fr-CH"/>
        </w:rPr>
        <w:t xml:space="preserve"> </w:t>
      </w:r>
      <w:r w:rsidRPr="00653CE5">
        <w:rPr>
          <w:lang w:val="fr-CH"/>
        </w:rPr>
        <w:t>Du dimanche 9 août au samedi 15 août 2026</w:t>
      </w:r>
    </w:p>
    <w:p w14:paraId="478399C9" w14:textId="77777777" w:rsidR="009229C2" w:rsidRPr="00653CE5" w:rsidRDefault="009229C2">
      <w:pPr>
        <w:rPr>
          <w:lang w:val="fr-CH"/>
        </w:rPr>
      </w:pPr>
    </w:p>
    <w:p w14:paraId="1EAF8D1D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Encadrement :</w:t>
      </w:r>
    </w:p>
    <w:p w14:paraId="4FC543E3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- Me Jean-Marc Cagnet (Genève)</w:t>
      </w:r>
    </w:p>
    <w:p w14:paraId="5DCA37B3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- Me Silvio Fernandez (Berne)</w:t>
      </w:r>
    </w:p>
    <w:p w14:paraId="31C7BEDF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- Me Khashy Saleki (Vevey-Montreux)</w:t>
      </w:r>
    </w:p>
    <w:p w14:paraId="56F2399E" w14:textId="78CC7F04" w:rsidR="009229C2" w:rsidRPr="00653CE5" w:rsidRDefault="00D32C43">
      <w:pPr>
        <w:rPr>
          <w:lang w:val="fr-CH"/>
        </w:rPr>
      </w:pPr>
      <w:r w:rsidRPr="00653CE5">
        <w:rPr>
          <w:lang w:val="fr-CH"/>
        </w:rPr>
        <w:t>ainsi que par l’équipe d’organisation et des moniteurs</w:t>
      </w:r>
      <w:r w:rsidRPr="00653CE5">
        <w:rPr>
          <w:lang w:val="fr-CH"/>
        </w:rPr>
        <w:t xml:space="preserve"> </w:t>
      </w:r>
      <w:r w:rsidRPr="00653CE5">
        <w:rPr>
          <w:lang w:val="fr-CH"/>
        </w:rPr>
        <w:t>d</w:t>
      </w:r>
      <w:r w:rsidRPr="00653CE5">
        <w:rPr>
          <w:lang w:val="fr-CH"/>
        </w:rPr>
        <w:t>i</w:t>
      </w:r>
      <w:r w:rsidRPr="00653CE5">
        <w:rPr>
          <w:lang w:val="fr-CH"/>
        </w:rPr>
        <w:t>p</w:t>
      </w:r>
      <w:r w:rsidRPr="00653CE5">
        <w:rPr>
          <w:lang w:val="fr-CH"/>
        </w:rPr>
        <w:t>l</w:t>
      </w:r>
      <w:r w:rsidRPr="00653CE5">
        <w:rPr>
          <w:lang w:val="fr-CH"/>
        </w:rPr>
        <w:t>ô</w:t>
      </w:r>
      <w:r w:rsidRPr="00653CE5">
        <w:rPr>
          <w:lang w:val="fr-CH"/>
        </w:rPr>
        <w:t>m</w:t>
      </w:r>
      <w:r w:rsidRPr="00653CE5">
        <w:rPr>
          <w:lang w:val="fr-CH"/>
        </w:rPr>
        <w:t>é</w:t>
      </w:r>
      <w:r w:rsidRPr="00653CE5">
        <w:rPr>
          <w:lang w:val="fr-CH"/>
        </w:rPr>
        <w:t>s</w:t>
      </w:r>
      <w:r w:rsidRPr="00653CE5">
        <w:rPr>
          <w:lang w:val="fr-CH"/>
        </w:rPr>
        <w:t xml:space="preserve"> Jeunesse &amp; Sport.</w:t>
      </w:r>
    </w:p>
    <w:p w14:paraId="25993C9D" w14:textId="77777777" w:rsidR="009229C2" w:rsidRPr="00653CE5" w:rsidRDefault="009229C2">
      <w:pPr>
        <w:rPr>
          <w:lang w:val="fr-CH"/>
        </w:rPr>
      </w:pPr>
    </w:p>
    <w:p w14:paraId="02B72130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Je reconnais :</w:t>
      </w:r>
    </w:p>
    <w:p w14:paraId="4680F339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- avoir pris connaissance du règlement du stage et des conditions d’inscription ;</w:t>
      </w:r>
    </w:p>
    <w:p w14:paraId="5BFFA1CE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lastRenderedPageBreak/>
        <w:t>- autoriser les responsables du stage à prendre toutes les dispositions nécessaires en cas d’urgence médicale ;</w:t>
      </w:r>
    </w:p>
    <w:p w14:paraId="78EF5358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- assumer l’entière responsabilité des effets personnels de mon enfant.</w:t>
      </w:r>
    </w:p>
    <w:p w14:paraId="105D4C4F" w14:textId="77777777" w:rsidR="009229C2" w:rsidRPr="00653CE5" w:rsidRDefault="009229C2">
      <w:pPr>
        <w:rPr>
          <w:lang w:val="fr-CH"/>
        </w:rPr>
      </w:pPr>
    </w:p>
    <w:p w14:paraId="6645378E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Coordonnées en cas d’urgence :</w:t>
      </w:r>
    </w:p>
    <w:p w14:paraId="08714005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Nom du parent / représentant légal : ..................................................</w:t>
      </w:r>
    </w:p>
    <w:p w14:paraId="7BB1B5D6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Téléphone portable : ..................................................</w:t>
      </w:r>
    </w:p>
    <w:p w14:paraId="6B99D185" w14:textId="77777777" w:rsidR="009229C2" w:rsidRPr="00653CE5" w:rsidRDefault="009229C2">
      <w:pPr>
        <w:rPr>
          <w:lang w:val="fr-CH"/>
        </w:rPr>
      </w:pPr>
    </w:p>
    <w:p w14:paraId="0707C20C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Fait à ..........................................................., le …… / …… / 2026</w:t>
      </w:r>
    </w:p>
    <w:p w14:paraId="4FABFB09" w14:textId="77777777" w:rsidR="009229C2" w:rsidRPr="00653CE5" w:rsidRDefault="009229C2">
      <w:pPr>
        <w:rPr>
          <w:lang w:val="fr-CH"/>
        </w:rPr>
      </w:pPr>
    </w:p>
    <w:p w14:paraId="13CA5659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Signature du parent ou représentant légal</w:t>
      </w:r>
    </w:p>
    <w:p w14:paraId="545F5226" w14:textId="77777777" w:rsidR="009229C2" w:rsidRPr="00653CE5" w:rsidRDefault="00D32C43">
      <w:pPr>
        <w:rPr>
          <w:lang w:val="fr-CH"/>
        </w:rPr>
      </w:pPr>
      <w:r w:rsidRPr="00653CE5">
        <w:rPr>
          <w:lang w:val="fr-CH"/>
        </w:rPr>
        <w:t>(précédée de la mention « Lu et approuvé »)</w:t>
      </w:r>
    </w:p>
    <w:p w14:paraId="67DF5006" w14:textId="77777777" w:rsidR="009229C2" w:rsidRPr="00653CE5" w:rsidRDefault="009229C2">
      <w:pPr>
        <w:rPr>
          <w:lang w:val="fr-CH"/>
        </w:rPr>
      </w:pPr>
    </w:p>
    <w:sectPr w:rsidR="009229C2" w:rsidRPr="00653C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6451464">
    <w:abstractNumId w:val="8"/>
  </w:num>
  <w:num w:numId="2" w16cid:durableId="1850175603">
    <w:abstractNumId w:val="6"/>
  </w:num>
  <w:num w:numId="3" w16cid:durableId="846283960">
    <w:abstractNumId w:val="5"/>
  </w:num>
  <w:num w:numId="4" w16cid:durableId="855658900">
    <w:abstractNumId w:val="4"/>
  </w:num>
  <w:num w:numId="5" w16cid:durableId="525025452">
    <w:abstractNumId w:val="7"/>
  </w:num>
  <w:num w:numId="6" w16cid:durableId="2109040899">
    <w:abstractNumId w:val="3"/>
  </w:num>
  <w:num w:numId="7" w16cid:durableId="1623682994">
    <w:abstractNumId w:val="2"/>
  </w:num>
  <w:num w:numId="8" w16cid:durableId="2035303606">
    <w:abstractNumId w:val="1"/>
  </w:num>
  <w:num w:numId="9" w16cid:durableId="106175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16E3"/>
    <w:rsid w:val="0015074B"/>
    <w:rsid w:val="001D2545"/>
    <w:rsid w:val="00215AFF"/>
    <w:rsid w:val="0029639D"/>
    <w:rsid w:val="00326F90"/>
    <w:rsid w:val="00653CE5"/>
    <w:rsid w:val="006A56EE"/>
    <w:rsid w:val="007652F8"/>
    <w:rsid w:val="00851854"/>
    <w:rsid w:val="009229C2"/>
    <w:rsid w:val="00A330AF"/>
    <w:rsid w:val="00AA1D8D"/>
    <w:rsid w:val="00B47730"/>
    <w:rsid w:val="00CB0664"/>
    <w:rsid w:val="00D32C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59EE3120-80FC-4A12-A349-9C412B32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196</Words>
  <Characters>1407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Khashayar Saleki</cp:lastModifiedBy>
  <cp:revision>8</cp:revision>
  <dcterms:created xsi:type="dcterms:W3CDTF">2013-12-23T23:15:00Z</dcterms:created>
  <dcterms:modified xsi:type="dcterms:W3CDTF">2025-12-31T15:23:00Z</dcterms:modified>
  <cp:category/>
</cp:coreProperties>
</file>