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Parental Authorization</w:t>
        <w:br/>
        <w:t>International Epee Fencing Camp – Amposta 2026</w:t>
      </w:r>
    </w:p>
    <w:p/>
    <w:p>
      <w:r>
        <w:t>I, the undersigned,</w:t>
      </w:r>
    </w:p>
    <w:p>
      <w:r>
        <w:t>Name of parent / legal guardian: ....................................................</w:t>
      </w:r>
    </w:p>
    <w:p/>
    <w:p>
      <w:r>
        <w:t>father / mother / legal guardian of the fencer:</w:t>
      </w:r>
    </w:p>
    <w:p/>
    <w:p>
      <w:r>
        <w:t>Child’s full name: ...............................................................</w:t>
      </w:r>
    </w:p>
    <w:p>
      <w:r>
        <w:t>Date of birth: ....................................................</w:t>
      </w:r>
    </w:p>
    <w:p>
      <w:r>
        <w:t>Address: .......................................................................................</w:t>
      </w:r>
    </w:p>
    <w:p/>
    <w:p>
      <w:r>
        <w:t>Hereby authorize my child to participate in the International Epee Fencing Camp – Amposta 2026, organized by FENCING IMPACT, which will take place:</w:t>
      </w:r>
    </w:p>
    <w:p/>
    <w:p>
      <w:r>
        <w:t>📍 Amposta Sports Training Center – Spain</w:t>
      </w:r>
    </w:p>
    <w:p>
      <w:r>
        <w:t>📅 From Sunday August 9 to Saturday August 15, 2026</w:t>
      </w:r>
    </w:p>
    <w:p/>
    <w:p>
      <w:r>
        <w:t>Coaching staff:</w:t>
      </w:r>
    </w:p>
    <w:p>
      <w:r>
        <w:t>- Me Jean-Marc Cagnet (Geneva)</w:t>
      </w:r>
    </w:p>
    <w:p>
      <w:r>
        <w:t>- Me Silvio Fernandez (Bern)</w:t>
      </w:r>
    </w:p>
    <w:p>
      <w:r>
        <w:t>- Me Khashy Saleki (Vevey-Montreux)</w:t>
      </w:r>
    </w:p>
    <w:p>
      <w:r>
        <w:t>as well as the organizing team and bilingual Youth &amp; Sport certified coaches.</w:t>
      </w:r>
    </w:p>
    <w:p/>
    <w:p>
      <w:r>
        <w:t>I acknowledge that:</w:t>
      </w:r>
    </w:p>
    <w:p>
      <w:r>
        <w:t>- I have read and accepted the camp regulations and registration conditions;</w:t>
      </w:r>
    </w:p>
    <w:p>
      <w:r>
        <w:t>- I authorize the camp organizers to take all necessary measures in case of medical emergency;</w:t>
      </w:r>
    </w:p>
    <w:p>
      <w:r>
        <w:t>- I accept full responsibility for my child’s personal belongings.</w:t>
      </w:r>
    </w:p>
    <w:p/>
    <w:p>
      <w:r>
        <w:t>Emergency contact details:</w:t>
      </w:r>
    </w:p>
    <w:p>
      <w:r>
        <w:t>Name of parent / legal guardian: ..................................................</w:t>
      </w:r>
    </w:p>
    <w:p>
      <w:r>
        <w:t>Mobile phone: ..................................................</w:t>
      </w:r>
    </w:p>
    <w:p/>
    <w:p>
      <w:r>
        <w:t>Done at ..........................................................., on …… / …… / 2026</w:t>
      </w:r>
    </w:p>
    <w:p/>
    <w:p>
      <w:r>
        <w:t>Signature of parent or legal guardian</w:t>
      </w:r>
    </w:p>
    <w:p>
      <w:r>
        <w:t>(preceded by the words “Read and approved”)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