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Elterliche Einverständniserklärung</w:t>
        <w:br/>
        <w:t>Internationales Degen-Trainingslager – Amposta 2026</w:t>
      </w:r>
    </w:p>
    <w:p/>
    <w:p>
      <w:r>
        <w:t>Ich, die/der Unterzeichnende,</w:t>
      </w:r>
    </w:p>
    <w:p>
      <w:r>
        <w:t>Name des Elternteils / gesetzlichen Vertreters: ....................................................</w:t>
      </w:r>
    </w:p>
    <w:p/>
    <w:p>
      <w:r>
        <w:t>Vater / Mutter / gesetzliche(r) Vertreter(in) des Fechters / der Fechterin:</w:t>
      </w:r>
    </w:p>
    <w:p/>
    <w:p>
      <w:r>
        <w:t>Name des Kindes: ...............................................................</w:t>
      </w:r>
    </w:p>
    <w:p>
      <w:r>
        <w:t>Geburtsdatum: ....................................................</w:t>
      </w:r>
    </w:p>
    <w:p>
      <w:r>
        <w:t>Adresse: .......................................................................................</w:t>
      </w:r>
    </w:p>
    <w:p/>
    <w:p>
      <w:r>
        <w:t>Hiermit erlaube ich meinem Kind die Teilnahme am Internationalen Degen-Fechtcamp – Amposta 2026, organisiert von FENCING IMPACT, das wie folgt stattfindet:</w:t>
      </w:r>
    </w:p>
    <w:p/>
    <w:p>
      <w:r>
        <w:t>📍 Sporttrainingszentrum Amposta – Spanien</w:t>
      </w:r>
    </w:p>
    <w:p>
      <w:r>
        <w:t>📅 Von Sonntag, 9. August bis Samstag, 15. August 2026</w:t>
      </w:r>
    </w:p>
    <w:p/>
    <w:p>
      <w:r>
        <w:t>Trainerteam:</w:t>
      </w:r>
    </w:p>
    <w:p>
      <w:r>
        <w:t>- Me Jean-Marc Cagnet (Genf)</w:t>
      </w:r>
    </w:p>
    <w:p>
      <w:r>
        <w:t>- Me Silvio Fernandez (Bern)</w:t>
      </w:r>
    </w:p>
    <w:p>
      <w:r>
        <w:t>- Me Khashy Saleki (Vevey-Montreux)</w:t>
      </w:r>
    </w:p>
    <w:p>
      <w:r>
        <w:t>sowie das Organisationsteam und zweisprachige J+S-zertifizierte Trainer.</w:t>
      </w:r>
    </w:p>
    <w:p/>
    <w:p>
      <w:r>
        <w:t>Ich bestätige:</w:t>
      </w:r>
    </w:p>
    <w:p>
      <w:r>
        <w:t>- die Teilnahmebedingungen und das Reglement gelesen und akzeptiert zu haben;</w:t>
      </w:r>
    </w:p>
    <w:p>
      <w:r>
        <w:t>- die Verantwortlichen zu ermächtigen, im medizinischen Notfall alle notwendigen Massnahmen zu ergreifen;</w:t>
      </w:r>
    </w:p>
    <w:p>
      <w:r>
        <w:t>- die volle Verantwortung für die persönlichen Gegenstände meines Kindes zu übernehmen.</w:t>
      </w:r>
    </w:p>
    <w:p/>
    <w:p>
      <w:r>
        <w:t>Notfallkontakt:</w:t>
      </w:r>
    </w:p>
    <w:p>
      <w:r>
        <w:t>Name des Elternteils / gesetzlichen Vertreters: ..................................................</w:t>
      </w:r>
    </w:p>
    <w:p>
      <w:r>
        <w:t>Mobiltelefon: ..................................................</w:t>
      </w:r>
    </w:p>
    <w:p/>
    <w:p>
      <w:r>
        <w:t>Ort und Datum: ..........................................................., …… / …… / 2026</w:t>
      </w:r>
    </w:p>
    <w:p/>
    <w:p>
      <w:r>
        <w:t>Unterschrift des Elternteils oder gesetzlichen Vertreters</w:t>
      </w:r>
    </w:p>
    <w:p>
      <w:r>
        <w:t>(mit dem Vermerk „Gelesen und genehmigt“)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