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Autorización parental</w:t>
        <w:br/>
        <w:t>Stage Internacional de Esgrima – Espada – Amposta 2026</w:t>
      </w:r>
    </w:p>
    <w:p/>
    <w:p>
      <w:r>
        <w:t>Yo, el/la abajo firmante,</w:t>
      </w:r>
    </w:p>
    <w:p>
      <w:r>
        <w:t>Nombre del padre/madre o representante legal: ....................................................</w:t>
      </w:r>
    </w:p>
    <w:p/>
    <w:p>
      <w:r>
        <w:t>padre / madre / representante legal del/de la tirador(a):</w:t>
      </w:r>
    </w:p>
    <w:p/>
    <w:p>
      <w:r>
        <w:t>Nombre y apellidos del niño/a: ...............................................................</w:t>
      </w:r>
    </w:p>
    <w:p>
      <w:r>
        <w:t>Fecha de nacimiento: ....................................................</w:t>
      </w:r>
    </w:p>
    <w:p>
      <w:r>
        <w:t>Dirección: .......................................................................................</w:t>
      </w:r>
    </w:p>
    <w:p/>
    <w:p>
      <w:r>
        <w:t>Autorizo a mi hijo/a a participar en el Stage Internacional de Esgrima – Espada – Amposta 2026, organizado por FENCING IMPACT, que tendrá lugar:</w:t>
      </w:r>
    </w:p>
    <w:p/>
    <w:p>
      <w:r>
        <w:t>📍 Centro deportivo de entrenamiento de Amposta – España</w:t>
      </w:r>
    </w:p>
    <w:p>
      <w:r>
        <w:t>📅 Del domingo 9 de agosto al sábado 15 de agosto de 2026</w:t>
      </w:r>
    </w:p>
    <w:p/>
    <w:p>
      <w:r>
        <w:t>Equipo técnico:</w:t>
      </w:r>
    </w:p>
    <w:p>
      <w:r>
        <w:t>- Me Jean-Marc Cagnet (Ginebra)</w:t>
      </w:r>
    </w:p>
    <w:p>
      <w:r>
        <w:t>- Me Silvio Fernandez (Berna)</w:t>
      </w:r>
    </w:p>
    <w:p>
      <w:r>
        <w:t>- Me Khashy Saleki (Vevey-Montreux)</w:t>
      </w:r>
    </w:p>
    <w:p>
      <w:r>
        <w:t>así como el equipo organizador y entrenadores bilingües certificados Juventud y Deporte.</w:t>
      </w:r>
    </w:p>
    <w:p/>
    <w:p>
      <w:r>
        <w:t>Declaro:</w:t>
      </w:r>
    </w:p>
    <w:p>
      <w:r>
        <w:t>- haber leído y aceptado el reglamento y las condiciones de inscripción;</w:t>
      </w:r>
    </w:p>
    <w:p>
      <w:r>
        <w:t>- autorizar a los responsables del stage a tomar todas las medidas necesarias en caso de emergencia médica;</w:t>
      </w:r>
    </w:p>
    <w:p>
      <w:r>
        <w:t>- asumir la plena responsabilidad de los efectos personales de mi hijo/a.</w:t>
      </w:r>
    </w:p>
    <w:p/>
    <w:p>
      <w:r>
        <w:t>Contacto de emergencia:</w:t>
      </w:r>
    </w:p>
    <w:p>
      <w:r>
        <w:t>Nombre del padre/madre o representante legal: ..................................................</w:t>
      </w:r>
    </w:p>
    <w:p>
      <w:r>
        <w:t>Teléfono móvil: ..................................................</w:t>
      </w:r>
    </w:p>
    <w:p/>
    <w:p>
      <w:r>
        <w:t>Hecho en ..........................................................., a …… / …… / 2026</w:t>
      </w:r>
    </w:p>
    <w:p/>
    <w:p>
      <w:r>
        <w:t>Firma del padre/madre o representante legal</w:t>
      </w:r>
    </w:p>
    <w:p>
      <w:r>
        <w:t>(precedida de la mención “Leído y aprobado”)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